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לתמונה – קריאה מדויקת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ואיטית של משפטים דומים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המילה שמשנה את משמעות המשפט (צבע, מספר, גודל, פועל, זמן, יחיד/רבים)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תיאור תמונה למשפט המתאים לה בדיוק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שלב 1-3: בוחרים את המשפט המתאים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ילד יושב על כיסא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כדורים כחולים 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איך קוראים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לקרוא את כל המשפט, כי מילה אחת בסוף יכולה לשנות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בדיוק נקרא השלב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השלב הכי קשה, אלופי הקריאה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המילה המדויקת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שלב ומה מתרגלים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(קוראים מילה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(שתי מילים - צבע, מספר או גודל)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(מי? ומה עושה?)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(זוג משפטים דומים, רק מילה אחת 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השלבים מהקל לקשה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מילה אחת ותמונה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צירוף קצר של שתי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פשוט - מי ומה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 אחת משנה הכל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דומים עם הבדל אחד ברור, למשל בצבע, מספר או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שלב 2 - צירוף קצר של שתי מילים, שלב 5 - משפט ארוך עם שני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שינוי נכון של זמן הפועל (למשל: הלך/הולך)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מילה בודדת יכולה לשנות את כל משמעות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אמיתית מהכיתה ולבקש מהתלמידים לבחור בעל פה את המשפט המתאים לפני המעבר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להקריא את המשפטים בקול ולהשאיר רק שתי אפשרויות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בחלק ההתאמה והסידור כדי לעודד שיח על ההבדלים בין המשפטים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לתמונה – קריאה מדויקת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שלבי המשחק 'משפט לתמונה' - מקריאת מילה בודדת ועד משפט ארוך עם שני פרטים, יחיד ורבים וזמנים שונים. בכל שלב המשפטים דומים מאוד, וצריך לקרוא בעיון כדי למצוא את ההבדל.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אדומים  ·  ילדה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שלב 1-3: בוחרים את המשפט המתאים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בתמונה: ילד אחד יושב על כיסא ירוק. איזה משפט מתאים בדיוק?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 יושב על כיסא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ילדה יושבת על כיסא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 עומד ליד כיסא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בתמונה: שני כדורים כחולים גדולים. איזה צירוף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כדור כחול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כדורים כחולים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 כדורים אדומים גדולים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איך קוראים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לבחור את המשפט הנכון מספיק לקרוא רק את המילה הראשונה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4 (מילה אחת משנה הכל), יש זוגות משפטים דומים שרק מילה אחת מבדילה ביניהם.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6 יש משפטים ביחיד וברבים ובזמנים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המילה המדויקת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בתמונה ילדה אחת: __________ קוראת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בתמונה שני תפוחים אדומים: שני תפוחים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שלב ומה מתרגלים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 1 - מילה ותמונה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זוג משפטים דומים, רק מילה אחת 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שלב 2 - צירוף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קוראים מילה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שלב 3 - משפט פשוט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שתי מילים - צבע, מספר או גודל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שלב 4 - מילה אחת משנה הכל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מי? ומה עושה?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מסדרים את השלבים מהקל לקשה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צירוף קצר של שתי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פשוט - מי ומה עושה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מילה אחת משנה הכל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מילה אחת ותמונה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תמונה וכתבו שני משפטים דומים מאוד, כך שרק מילה אחת שונה ביניהם ומשנה את משמעות התמונה.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שלב 2 לשלב 5?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בעבר ואותו משפט בהווה.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לתמונה – קריאה מדויקת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